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A8801F"/>
          <w:sz w:val="20"/>
        </w:rPr>
        <w:t>STUDIO-ASTROLIUS.DE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Woche 43: Welche Geschichte erzählst du dir?</w:t>
      </w:r>
    </w:p>
    <w:p>
      <w:r>
        <w:rPr>
          <w:b w:val="0"/>
          <w:i w:val="0"/>
          <w:color w:val="5F5B70"/>
          <w:sz w:val="30"/>
        </w:rPr>
        <w:t>Ask the Universe</w:t>
      </w:r>
    </w:p>
    <w:p>
      <w:pPr>
        <w:pBdr>
          <w:left w:val="single" w:sz="24" w:space="8" w:color="a8801f"/>
        </w:pBdr>
      </w:pPr>
      <w:r>
        <w:rPr>
          <w:b w:val="0"/>
          <w:i w:val="0"/>
          <w:sz w:val="24"/>
        </w:rPr>
        <w:t>Jeden Tag ein Impuls oder eine Frage – KÖRPER oder GEIST. Zum Innehalten, Üben und Aufschreiben.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5F5B70"/>
          <w:sz w:val="20"/>
        </w:rPr>
        <w:t>Armin Hünniger · studio-astrolius.de</w:t>
      </w:r>
    </w:p>
    <w:p>
      <w:r>
        <w:rPr>
          <w:b w:val="0"/>
          <w:i w:val="0"/>
          <w:color w:val="5F5B70"/>
          <w:sz w:val="20"/>
        </w:rPr>
        <w:t>Stand: 28.10.2026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r>
        <w:rPr>
          <w:b w:val="0"/>
          <w:i w:val="0"/>
          <w:color w:val="5F5B70"/>
          <w:sz w:val="18"/>
        </w:rPr>
        <w:t>© 2026 Armin Hünniger · studio-astrolius.de. Alle Rechte vorbehalten.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Ask the Universe</w:t>
      </w:r>
    </w:p>
    <w:p>
      <w:pPr>
        <w:pStyle w:val="Heading1"/>
      </w:pPr>
      <w:r>
        <w:t>Woche 43: Welche Geschichte erzählst du dir?</w:t>
      </w:r>
    </w:p>
    <w:p>
      <w:pPr>
        <w:spacing w:after="40"/>
      </w:pPr>
      <w:r>
        <w:rPr>
          <w:b w:val="0"/>
          <w:i/>
          <w:color w:val="5F5B70"/>
          <w:sz w:val="24"/>
        </w:rPr>
        <w:t>Geist · 19.–25. Oktober 2026</w:t>
      </w:r>
    </w:p>
    <w:p>
      <w:r>
        <w:rPr>
          <w:b w:val="0"/>
          <w:i w:val="0"/>
          <w:color w:val="5F5B70"/>
          <w:sz w:val="18"/>
        </w:rPr>
        <w:t>Armin Hünniger · 25.10.2026 · Geist</w:t>
      </w:r>
    </w:p>
    <w:p>
      <w:pPr>
        <w:jc w:val="both"/>
        <w:shd w:val="clear" w:color="auto" w:fill="fdf9ee"/>
        <w:pBdr>
          <w:left w:val="single" w:sz="18" w:space="8" w:color="a8801f"/>
        </w:pBdr>
      </w:pPr>
      <w:r>
        <w:rPr/>
        <w:t xml:space="preserve">Sieben Tage, sieben Impulse zum Thema </w:t>
      </w:r>
      <w:r>
        <w:rPr>
          <w:b/>
        </w:rPr>
        <w:t>Geist</w:t>
      </w:r>
      <w:r>
        <w:rPr/>
        <w:t>. Hier findest du alle Botschaften der Woche vom 19.–25. Oktober 2026 zum Nachlesen.</w:t>
      </w:r>
    </w:p>
    <w:p>
      <w:pPr>
        <w:pStyle w:val="Heading4"/>
      </w:pPr>
      <w:r>
        <w:rPr/>
        <w:t>Montag, 19. Oktober 2026</w:t>
      </w:r>
    </w:p>
    <w:p>
      <w:pPr>
        <w:jc w:val="both"/>
      </w:pPr>
      <w:r>
        <w:rPr>
          <w:b/>
        </w:rPr>
        <w:t>Welche Geschichte erzählst du dir?</w:t>
      </w:r>
    </w:p>
    <w:p>
      <w:pPr>
        <w:jc w:val="both"/>
      </w:pPr>
      <w:r>
        <w:rPr/>
        <w:t>Bleib kurz bei der Frage: „Welche Geschichte erzählst du dir?“ Was kommt dir als Erstes in den Sinn?</w:t>
      </w:r>
    </w:p>
    <w:p>
      <w:pPr>
        <w:jc w:val="both"/>
      </w:pPr>
      <w:r>
        <w:rPr/>
        <w:t>Du musst die Antwort nicht sofort haben. Manchmal reicht es, die Frage zuzulassen.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Dienstag, 20. Oktober 2026</w:t>
      </w:r>
    </w:p>
    <w:p>
      <w:pPr>
        <w:jc w:val="both"/>
      </w:pPr>
      <w:r>
        <w:rPr>
          <w:i/>
        </w:rPr>
        <w:t>Frage</w:t>
      </w:r>
    </w:p>
    <w:p>
      <w:pPr>
        <w:jc w:val="both"/>
      </w:pPr>
      <w:r>
        <w:rPr>
          <w:b/>
        </w:rPr>
        <w:t>Hältst du an dem Glaubenssatz fest, dass du „nun mal so bist“ und dich nicht ändern kannst?</w:t>
      </w:r>
    </w:p>
    <w:p>
      <w:pPr>
        <w:jc w:val="both"/>
      </w:pPr>
      <w:r>
        <w:rPr/>
        <w:t>Schließ kurz die Augen, bevor du antwortest. Die erste ehrliche Antwort ist meist die richtige.</w:t>
      </w:r>
    </w:p>
    <w:p>
      <w:pPr>
        <w:jc w:val="both"/>
      </w:pPr>
      <w:r>
        <w:rPr/>
        <w:t>Deine Antwort gehört nur dir - bis du bereit bist, sie zu teilen.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Mittwoch, 21. Oktober 2026</w:t>
      </w:r>
    </w:p>
    <w:p>
      <w:pPr>
        <w:tabs>
          <w:tab w:pos="680" w:val="left"/>
        </w:tabs>
        <w:spacing w:after="120"/>
        <w:ind w:left="680" w:hanging="567"/>
        <w:jc w:val="left"/>
      </w:pPr>
      <w:r>
        <w:rPr>
          <w:rFonts w:ascii="Georgia" w:hAnsi="Georgia" w:cs="Georgia" w:eastAsia="Georgia"/>
          <w:color w:val="A8801F"/>
          <w:sz w:val="68"/>
        </w:rPr>
        <w:t>“</w:t>
        <w:tab/>
      </w:r>
      <w:r>
        <w:rPr>
          <w:rFonts w:ascii="Georgia" w:hAnsi="Georgia" w:cs="Georgia" w:eastAsia="Georgia"/>
          <w:i/>
          <w:sz w:val="26"/>
        </w:rPr>
        <w:t>„Du bist nicht Autor der Umstände, aber oft Regisseurin oder Regisseur deiner eigenen Geschichte.“</w:t>
      </w:r>
    </w:p>
    <w:p>
      <w:pPr>
        <w:jc w:val="both"/>
      </w:pPr>
      <w:r>
        <w:rPr/>
        <w:t>Lies das Zitat von diesem Zitat noch einmal. Welcher Teil deines Lebens spiegelt sich darin?</w:t>
      </w:r>
    </w:p>
    <w:p>
      <w:pPr>
        <w:jc w:val="both"/>
      </w:pPr>
      <w:r>
        <w:rPr/>
        <w:t>Manche Sätze brauchen Zeit, um sich zu setzen. Gib diesem hier einen Moment.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Donnerstag, 22. Oktober 2026</w:t>
      </w:r>
    </w:p>
    <w:p>
      <w:pPr>
        <w:jc w:val="both"/>
      </w:pPr>
      <w:r>
        <w:rPr>
          <w:i/>
        </w:rPr>
        <w:t>Impuls</w:t>
      </w:r>
    </w:p>
    <w:p>
      <w:pPr>
        <w:jc w:val="both"/>
      </w:pPr>
      <w:r>
        <w:rPr/>
        <w:t>Schreibe deine Lebensgeschichte in drei Sätzen um – diesmal aus der Perspektive der Hauptfigur, nicht des Opfers.</w:t>
      </w:r>
    </w:p>
    <w:p>
      <w:pPr>
        <w:jc w:val="both"/>
      </w:pPr>
      <w:r>
        <w:rPr/>
        <w:t>Wenn du magst, wende den Impuls noch heute an - auch nur in Gedanken.</w:t>
      </w:r>
    </w:p>
    <w:p>
      <w:pPr>
        <w:jc w:val="both"/>
      </w:pPr>
      <w:r>
        <w:rPr/>
        <w:t>Ein kleiner Schritt heute kann morgen schon ein anderer Blick sein.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Freitag, 23. Oktober 2026</w:t>
      </w:r>
    </w:p>
    <w:p>
      <w:pPr>
        <w:jc w:val="both"/>
      </w:pPr>
      <w:r>
        <w:rPr>
          <w:i/>
        </w:rPr>
        <w:t>Noch ist es still hier</w:t>
      </w:r>
    </w:p>
    <w:p>
      <w:pPr>
        <w:jc w:val="both"/>
      </w:pPr>
      <w:r>
        <w:rPr>
          <w:b/>
        </w:rPr>
        <w:t>Aber ich sehe, dass viele von euch mitlesen.</w:t>
      </w:r>
    </w:p>
    <w:p>
      <w:pPr>
        <w:jc w:val="both"/>
      </w:pPr>
      <w:r>
        <w:rPr>
          <w:i/>
        </w:rPr>
        <w:t>Zur Erinnerung</w:t>
      </w:r>
    </w:p>
    <w:p>
      <w:pPr>
        <w:jc w:val="both"/>
      </w:pPr>
      <w:r>
        <w:rPr>
          <w:b/>
        </w:rPr>
        <w:t>Welche Geschichte erzählst du dir?</w:t>
      </w:r>
    </w:p>
    <w:p>
      <w:pPr>
        <w:jc w:val="both"/>
      </w:pPr>
      <w:r>
        <w:rPr>
          <w:b/>
        </w:rPr>
        <w:t>Hältst du an dem Glaubenssatz fest, dass du „nun mal so bist“ und dich nicht ändern kannst?</w:t>
      </w:r>
    </w:p>
    <w:p>
      <w:pPr>
        <w:jc w:val="both"/>
      </w:pPr>
      <w:r>
        <w:rPr>
          <w:i/>
        </w:rPr>
        <w:t>Ausblick</w:t>
      </w:r>
    </w:p>
    <w:p>
      <w:pPr>
        <w:jc w:val="both"/>
      </w:pPr>
      <w:r>
        <w:rPr>
          <w:b/>
        </w:rPr>
        <w:t>Ich lese jede Antwort.</w:t>
      </w:r>
    </w:p>
    <w:p>
      <w:pPr>
        <w:jc w:val="both"/>
      </w:pPr>
      <w:r>
        <w:rPr/>
        <w:t>Danke, dass du Teil dieser Community bist.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Samstag, 24. Oktober 2026</w:t>
      </w:r>
    </w:p>
    <w:p>
      <w:pPr>
        <w:jc w:val="both"/>
      </w:pPr>
      <w:r>
        <w:rPr>
          <w:b/>
        </w:rPr>
        <w:t>Wie ist dein Stand zum Thema? Schreib's in die Kommentare.</w:t>
      </w:r>
    </w:p>
    <w:p>
      <w:pPr>
        <w:jc w:val="both"/>
      </w:pPr>
      <w:r>
        <w:rPr/>
        <w:t>Diese Woche stand im Zeichen von GEIST. Wo stehst du gerade?</w:t>
      </w:r>
    </w:p>
    <w:p>
      <w:pPr>
        <w:jc w:val="both"/>
      </w:pPr>
      <w:r>
        <w:rPr/>
        <w:t>Es gibt kein Richtig oder Falsch - nur deine ehrliche Standortbestimmung.</w:t>
      </w:r>
    </w:p>
    <w:p>
      <w:r>
        <w:rPr>
          <w:color w:val="5F5B70"/>
        </w:rPr>
        <w:t>____________________________________________________________</w:t>
      </w:r>
    </w:p>
    <w:p>
      <w:pPr>
        <w:pStyle w:val="Heading4"/>
      </w:pPr>
      <w:r>
        <w:rPr/>
        <w:t>Sonntag, 25. Oktober 2026</w:t>
      </w:r>
    </w:p>
    <w:p>
      <w:pPr>
        <w:jc w:val="both"/>
      </w:pPr>
      <w:r>
        <w:rPr/>
        <w:t>Nächste Woche: Woche 44. Sei am Montag wieder da.</w:t>
      </w:r>
    </w:p>
    <w:p>
      <w:pPr>
        <w:jc w:val="both"/>
      </w:pPr>
      <w:r>
        <w:rPr/>
        <w:t>Diese Woche ging es um GEIST. Was bleibt bei dir hängen?</w:t>
      </w:r>
    </w:p>
    <w:p>
      <w:pPr>
        <w:jc w:val="both"/>
      </w:pPr>
      <w:r>
        <w:rPr/>
        <w:t>Ruh dich aus. Morgen geht's weiter.</w:t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A8801F"/>
          <w:sz w:val="52"/>
        </w:rPr>
        <w:t>Danke fürs Lesen</w:t>
      </w:r>
    </w:p>
    <w:p>
      <w:pPr>
        <w:jc w:val="center"/>
      </w:pPr>
      <w:r>
        <w:rPr/>
        <w:t>Mehr Impulse gibt es auf</w:t>
      </w:r>
    </w:p>
    <w:p>
      <w:pPr>
        <w:jc w:val="center"/>
      </w:pPr>
      <w:r>
        <w:rPr/>
        <w:t>studio-astrolius.de</w:t>
      </w:r>
    </w:p>
    <w:p>
      <w:pPr>
        <w:jc w:val="center"/>
      </w:pPr>
      <w:r>
        <w:rPr>
          <w:b w:val="0"/>
          <w:i w:val="0"/>
          <w:color w:val="5F5B70"/>
          <w:sz w:val="16"/>
        </w:rPr>
        <w:t>© 2026 Armin Hünniger · studio-astrolius.de. Alle Rechte vorbehalten.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B1D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A8801F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A8801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A8801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A8801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B1D33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B1D33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